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מה אני? – א׳–ו׳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ab">
        <w:r>
          <w:rPr>
            <w:rtl w:val="1"/>
            <w:u w:val="single"/>
            <w:color w:val="1E40AF"/>
          </w:rPr>
          <w:t xml:space="preserve">• 🐣 א׳–ב׳</w:t>
        </w:r>
      </w:hyperlink>
    </w:p>
    <w:p>
      <w:pPr>
        <w:bidi w:val="1"/>
        <w:jc w:val="right"/>
      </w:pPr>
      <w:hyperlink w:anchor="dgd">
        <w:r>
          <w:rPr>
            <w:rtl w:val="1"/>
            <w:u w:val="single"/>
            <w:color w:val="1E40AF"/>
          </w:rPr>
          <w:t xml:space="preserve">• 🚀 ג׳–ד׳</w:t>
        </w:r>
      </w:hyperlink>
    </w:p>
    <w:p>
      <w:pPr>
        <w:bidi w:val="1"/>
        <w:jc w:val="right"/>
      </w:pPr>
      <w:hyperlink w:anchor="dhv">
        <w:r>
          <w:rPr>
            <w:rtl w:val="1"/>
            <w:u w:val="single"/>
            <w:color w:val="1E40AF"/>
          </w:rPr>
          <w:t xml:space="preserve">• 🎒 ה׳–ו׳</w:t>
        </w:r>
      </w:hyperlink>
    </w:p>
    <w:p>
      <w:pPr>
        <w:pStyle w:val="Heading1"/>
        <w:bidi w:val="1"/>
        <w:jc w:val="right"/>
      </w:pPr>
      <w:bookmarkStart w:id="58258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🤔 קלפי מה אני?</w:t>
      </w:r>
      <w:bookmarkEnd w:id="58258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57274" w:name="da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🐣 א׳–ב׳</w:t>
      </w:r>
      <w:bookmarkEnd w:id="57274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🕰️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יֵשׁ לִי פָּנִים וּשְׁתֵּי יָדַיִם, אֲבָל אֵין לִי פֶּה וְאֵין לִי רַגְלַיִם.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אֲנִי תָּלוּי עַל הַקִּיר וְעוֹשֶׂה טִיק־טַק.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שָׁעוֹן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🧽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מָלֵא חוֹרִים, וּבְכָל זֹאת אֲנִי מַחֲזִיק מַיִם.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שׁוֹטְפִים אִתִּי כֵּלִים.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סְפוֹג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🥚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קֹדֶם צָרִיךְ לִשְׁבֹּר אוֹתִי, וְרַק אַחַר כָּךְ אֶפְשָׁר לְהִשְׁתַּמֵּשׁ בִּי.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הַתַּרְנְגֹלֶת מְטִילָה אוֹתִי.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בֵּיצָה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👤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הוֹלֵךְ אִתְּכֶם לְכָל מָקוֹם בַּשֶּׁמֶשׁ, אֲבָל בַּחֹשֶׁךְ אֲנִי נֶעֱלָם.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אֲנִי שָׁחֹר וְדוֹמֶה לָכֶם בְּדִיּוּק.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צֵל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🪮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יֵשׁ לִי שִׁנַּיִם, אֲבָל אֲנִי לֹא נוֹשֵׁךְ אַף אֶחָד.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מְסַדְּרִים אִתִּי אֶת הַשֵּׂעָר.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מַסְרֵק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39299" w:name="dgd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🚀 ג׳–ד׳</w:t>
      </w:r>
      <w:bookmarkEnd w:id="3929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🗺️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יש בי ערים בלי בתים, יערות בלי עצים וימים בלי טיפת מים.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פותחים אותי כשמתכננים טיול.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מפה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🕯️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ככל שאני דולק יותר זמן – אני נעשה קצר יותר.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מדליקים אותי בחנוכה ובשבת.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🌬️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קלה כמו נוצה, אבל אפילו האדם החזק ביותר לא יחזיק אותי יותר מכמה דקות.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עשו את זה עכשיו: פנימה... והחוצה.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נשימה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✏️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יש לי ראש מחודד וגוף ארוך. בכל פעם שאני עובד – אני מתקצר.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כותבים ומציירים איתי, ויש לי מחק בקצה.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עיפרון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📅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תולים אותי על הקיר, ובכל חודש הופכים לי דף.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בודקים בי מתי יום ההולדת.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לוח שנה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79954" w:name="dhv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🎒 ה׳–ו׳</w:t>
      </w:r>
      <w:bookmarkEnd w:id="79954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✉️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כל עוד אני סגור – אני שומר סוד. כשפותחים אותי – הסוד יוצא.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שולחים אותי בדואר בתוך מעטפה.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מכתב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🔥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תאכילו אותי – אגדל. תשקו אותי – אכבה.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אני חמה, מאירה ומרקדת.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🪞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אני מראה לכם את הפנים שלכם, אבל אצלי ימין הופך לשמאל.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מסתכלים בי לפני שיוצאים מהבית.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מראה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🌑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ככל שיש ממני יותר – רואים פחות.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אני מגיע בלילה כשמכבים את האור.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חושך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🤫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אפשר לשבור אותי בלי לגעת בי – מספיק לומר מילה אחת.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בספרייה מבקשים שאהיה.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שתיקה</w:t>
            </w:r>
          </w:p>
        </w:tc>
        <w:tc>
          <w:tcPr>
            <w:tcW w:type="dxa" w:w="510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קלפי מה אני? – א׳–ו׳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קלפי מה אני? – א׳–ו׳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