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D9488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🌍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🆕 מקבץ חידות וטריוויה – עולים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עולים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0D9488"/>
          <w:sz w:val="36"/>
          <w:rtl w:val="1"/>
          <w:bCs/>
          <w:szCs w:val="36"/>
        </w:rPr>
        <w:t>📗 מקבץ חידות וטריוויה: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טריוויה עולמית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מה אני?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מה המשותף?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🧒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 – טריוויה עולמית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 – מה אני?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 – מה המשותף?</w:t>
        </w:r>
      </w:hyperlink>
    </w:p>
    <w:p>
      <w:pPr>
        <w:bidi w:val="1"/>
        <w:jc w:val="right"/>
      </w:pPr>
      <w:hyperlink w:anchor="sX">
        <w:r>
          <w:rPr>
            <w:rtl w:val="1"/>
            <w:u w:val="single"/>
            <w:color w:val="1E40AF"/>
          </w:rPr>
          <w:t xml:space="preserve">• ✂ כרטיסים לגזירה</w:t>
        </w:r>
      </w:hyperlink>
    </w:p>
    <w:p>
      <w:pPr>
        <w:pStyle w:val="Heading1"/>
        <w:bidi w:val="1"/>
        <w:jc w:val="right"/>
      </w:pPr>
      <w:bookmarkStart w:id="17569" w:name="ttop"/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👩‍🏫 מהדורה למורה</w:t>
      </w:r>
      <w:bookmarkEnd w:id="17569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מקבץ חדש של חידות וטריוויה: 🌍 טריוויה עולמית, 🤔 חידות "מה אני?" ו־🧩 "מה המשותף?". המהדורה למורה – מטרות, הפעלה ומפתחות תשובות – מופיעה ראשונה; דפי התלמיד/ה וכרטיסי הגזירה – אחריה, בעמודים נפרדים.</w:t>
      </w:r>
    </w:p>
    <w:p>
      <w:pPr>
        <w:pStyle w:val="Heading2"/>
        <w:bidi w:val="1"/>
        <w:jc w:val="right"/>
      </w:pPr>
      <w:bookmarkStart w:id="42223" w:name="tgoal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🎯 מטרות והפעלה</w:t>
      </w:r>
      <w:bookmarkEnd w:id="4222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הרחבת ידע עולם: יבשות ונהרות, חלל, בעלי חיים, טבע, מדע ותרבויות.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חשיבה גמישה והסקה: לקרוא רמזים, לשער ולבדוק.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אוצר מילים וביטויים: מה מחבר בין מילים שונות?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פתיחה (5 דק׳): חידת "מה אני?" אחת על הלוח – מי מנחש ראשון?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חלק א׳ (10–15 דק׳): טריוויה עולמית ביחידים או בזוגות; בודקים יחד ומרחיבים בהסבר.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חלק ב׳ (10 דק׳): חידות "מה אני?" – קודם בלי רמז, אחר כך עם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חלק ג׳ (10 דק׳): "מה המשותף?" בזוגות – 2 דקות לכל סט, וכל זוג מסביר את הקשר לכל רמז.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סיום: כרטיסי הגזירה למשחק בקבוצות + כרטיס יציאה.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💻 גרסה אינטראקטיבית לכל החלקים (מצב כיתה, קבוצות, כוכבים וטיימר): chidot-trivia.sites.tab.bot – עמודים "טריוויה עולמית", "מה אני?" ו"מילה משותפת".</w:t>
      </w:r>
    </w:p>
    <w:p>
      <w:pPr>
        <w:pStyle w:val="Heading2"/>
        <w:bidi w:val="1"/>
        <w:jc w:val="right"/>
      </w:pPr>
      <w:bookmarkStart w:id="35227" w:name="tkA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🔑 מפתח – חלק א׳: טריוויה עולמית</w:t>
      </w:r>
      <w:bookmarkEnd w:id="3522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בְּאֵיזֶה צֶבַע מְסַמְּנִים יָם בַּמַּפָּה?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🔵 כָּחֹל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במפה: ים בכחול, יער בירוק והרים בחום.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מֵאֵיפֹה הַשֶּׁמֶשׁ זוֹרַחַת?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➡️ מִזְרָח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השמש זורחת במזרח ושוקעת במערב.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לְאֵיזוֹ חַיָּה יֵשׁ חֶדֶק?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🐘 פִּיל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לפיל יש חדק ארוך – הוא שותה, מריח ומרים איתו דברים.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יוֹרֵד מֵהָעֲנָנִים בַּחֹרֶף?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💧 גֶּשֶׁם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מהעננים יורד גשם, ובמקומות קרים – גם שלג.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פָּרִיז הִיא עִיר הַבִּירָה שֶׁל...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🇫🇷 צָרְפַת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פריז היא בירת צרפת. שם עומד מגדל אייפל.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מָה רוֹאִים בַּשָּׁמַיִם בַּלַּיְלָה?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🌙 יָרֵחַ וְכוֹכָבִים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בלילה רואים את הירח והכוכבים.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מַיִם קְפוּאִים הֵם...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🧊 קֶרַח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כשמים קופאים (0 מעלות) הם הופכים לקרח.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כַּמָּה יַבָּשׁוֹת יֵשׁ בָּעוֹלָם?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7️⃣ שֶׁבַע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נהוג למנות 7 יבשות.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אֵיפֹה חַי הַגָּמָל?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🏜️ בַּמִּדְבָּר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הגמל חי במדבר ויכול ללכת הרבה זמן בלי לשתות.</w:t>
            </w:r>
          </w:p>
        </w:tc>
      </w:tr>
    </w:tbl>
    <w:p>
      <w:pPr>
        <w:pStyle w:val="Heading2"/>
        <w:bidi w:val="1"/>
        <w:jc w:val="right"/>
      </w:pPr>
      <w:bookmarkStart w:id="41505" w:name="tkB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🔑 מפתח – חלק ב׳: מה אני?</w:t>
      </w:r>
      <w:bookmarkEnd w:id="4150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החידה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קָטָן, וַאֲנִי פּוֹתֵחַ אֶת הַדֶּלֶת.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מַפְתֵּחַ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המפתח נכנס למנעול ופותח את הדלת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פּוֹתְחִים אוֹתִי כְּשֶׁיּוֹרֵד גֶּשֶׁם.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מִטְרִיָּה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בגשם פותחים מטרייה והיא שומרת עלינו מהמים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בַּלַּיְלָה יְשֵׁנִים עָלַי.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מִטָּה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בלילה שוכבים במיטה וישנים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מְצַלְצֵל, וּמְדַבְּרִים בִּי עִם אֲנָשִׁים רְחוֹקִים.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טֶלֶפוֹן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הטלפון מצלצל ומדברים בו עם משפחה וחברים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אֲנִי קַר. בַּשֶּׁמֶשׁ אֲנִי נִהְיֶה מַיִם. מָה אֲנִי?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קֶרַח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קרח הוא מים קפואים בחום הוא נמס וחוזר להיות מים</w:t>
            </w:r>
          </w:p>
        </w:tc>
      </w:tr>
    </w:tbl>
    <w:p>
      <w:pPr>
        <w:pStyle w:val="Heading2"/>
        <w:bidi w:val="1"/>
        <w:jc w:val="right"/>
      </w:pPr>
      <w:bookmarkStart w:id="49543" w:name="tkC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🔑 מפתח – חלק ג׳: מה המשותף?</w:t>
      </w:r>
      <w:bookmarkEnd w:id="4954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הרמזים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נושא</w:t>
            </w:r>
          </w:p>
        </w:tc>
        <w:tc>
          <w:tcPr>
            <w:tcW w:type="dxa" w:w="2551"/>
            <w:shd w:val="clear" w:fill="0D948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תַּפּוּחַ · בָּנָנָה · עֲנָבִים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פֵּרוֹת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תפוח, בננה וענבים – פירות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אוֹטוֹבּוּס · רַכֶּבֶת · מוֹנִית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תַּחְבּוּרָה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אוטובוס, רכבת ומונית – תחבורה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מְעִיל · צָעִיף · מִטְרִיָּה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חֹרֶף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מעיל, צעיף ומטרייה – לובשים ולוקחים בחורף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רוֹפְאָה · תְּרוּפָה · בֵּית חוֹלִים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בְּרִיאוּת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רופאה, תרופה ובית חולים – בריאות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כִּתָּה · סֵפֶר · עִפָּרוֹן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לִמּוּדִים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🔤 לשון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כיתה, ספר ועיפרון – לימודים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שָׁלוֹם · תּוֹדָה · בְּבַקָּשָׁה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נִימוּס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🤝 חברה ומנהיגות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שלום, תודה ובבקשה – מילים של נימוס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קַיִץ · גַּלִּים · כַּפְכַּפִּים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חוֹף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🌍 גאוגרפיה וסביבה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קיץ, גלים וכפכפים – הולכים לחוף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חָבֵר · מִשְׁפָּחָה · מוֹרָה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עֶזְרָה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💪 חוסן וחשיבה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חבר, משפחה ומורה – אפשר לבקש מהם עזרה</w:t>
            </w:r>
          </w:p>
        </w:tc>
      </w:tr>
    </w:tbl>
    <w:p>
      <w:pPr>
        <w:pStyle w:val="Heading2"/>
        <w:bidi w:val="1"/>
        <w:jc w:val="right"/>
      </w:pPr>
      <w:bookmarkStart w:id="26694" w:name="tv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🔎 לוודא לפני השיעור</w:t>
      </w:r>
      <w:bookmarkEnd w:id="2669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כַּמָּה יַבָּשׁוֹת יֵשׁ בָּעוֹלָם? – 7️⃣ שֶׁבַע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"הנהר הארוך בעולם": הנילוס נחשב לארוך, אך יש מדידות שבהן האמזונס ארוך ממנו – כדאי לציין זאת לתלמידים.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ניקוד השאלות והחידות ברמות א׳–ב׳, עולים וחנ״מ.</w:t>
      </w:r>
    </w:p>
    <w:p>
      <w:r>
        <w:br w:type="page"/>
      </w:r>
    </w:p>
    <w:p>
      <w:pPr>
        <w:pStyle w:val="Heading1"/>
        <w:bidi w:val="1"/>
        <w:jc w:val="right"/>
      </w:pPr>
      <w:bookmarkStart w:id="8222" w:name="stop"/>
      <w:r>
        <w:rPr>
          <w:rFonts w:ascii="Arial" w:hAnsi="Arial" w:cs="Arial"/>
          <w:b/>
          <w:color w:val="0D9488"/>
          <w:sz w:val="40"/>
          <w:rtl w:val="1"/>
          <w:bCs/>
          <w:szCs w:val="40"/>
        </w:rPr>
        <w:t>🧒 דפי התלמיד/ה</w:t>
      </w:r>
      <w:bookmarkEnd w:id="8222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יוצאים למסע חידות סביב העולם! קראו כל משימה בעיון, חשבו לבד או בזוג, וסמנו או כתבו את התשובה. בהצלחה! 🌍</w:t>
      </w:r>
    </w:p>
    <w:p>
      <w:pPr>
        <w:pStyle w:val="Heading2"/>
        <w:bidi w:val="1"/>
        <w:jc w:val="right"/>
      </w:pPr>
      <w:bookmarkStart w:id="28721" w:name="sA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א׳ – 🌍 טריוויה עולמית</w:t>
      </w:r>
      <w:bookmarkEnd w:id="2872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🗺️ בְּאֵיזֶה צֶבַע מְסַמְּנִים יָם בַּמַּפָּה?  (What color is the sea on a map?)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🔵 כָּחֹל   ◯ 🟤 חוּם   ◯ 🟢 יָרֹק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🌅 מֵאֵיפֹה הַשֶּׁמֶשׁ זוֹרַחַת?  (Where does the sun rise?)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⬆️ צָפוֹן   ◯ ➡️ מִזְרָח   ◯ ⬅️ מַעֲרָב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🐘 לְאֵיזוֹ חַיָּה יֵשׁ חֶדֶק?  (Which animal has a trunk?)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🐒 קוֹף   ◯ 🐘 פִּיל   ◯ 🦓 זֶבְּרָה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🌧️ מָה יוֹרֵד מֵהָעֲנָנִים בַּחֹרֶף?  (What falls from the clouds in winter?)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🏖️ חוֹל   ◯ 💧 גֶּשֶׁם   ◯ 🪨 אֲבָנִים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🗼 פָּרִיז הִיא עִיר הַבִּירָה שֶׁל...  (Paris is the capital of...)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🇨🇳 סִין   ◯ 🇫🇷 צָרְפַת   ◯ 🇧🇷 בְּרָזִיל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🌙 מָה רוֹאִים בַּשָּׁמַיִם בַּלַּיְלָה?  (What do we see in the sky at night?)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🌈 קֶשֶׁת   ◯ 🌙 יָרֵחַ וְכוֹכָבִים   ◯ ☀️ שֶׁמֶשׁ חַמָּה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🧊 מַיִם קְפוּאִים הֵם...  (Frozen water is...)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🏖️ חוֹל   ◯ 🔥 אֵשׁ   ◯ 🧊 קֶרַח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🌎 כַּמָּה יַבָּשׁוֹת יֵשׁ בָּעוֹלָם?  (How many continents are there?)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7️⃣ שֶׁבַע   ◯ 2️⃣ שְׁתַּיִם   ◯ 🔟 עֶשֶׂר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🐪 אֵיפֹה חַי הַגָּמָל?  (Where does a camel live?)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🌊 בַּיָּם   ◯ 🏜️ בַּמִּדְבָּר   ◯ ❄️ בַּקֶּרַח</w:t>
      </w:r>
    </w:p>
    <w:p>
      <w:pPr>
        <w:pStyle w:val="Heading2"/>
        <w:bidi w:val="1"/>
        <w:jc w:val="right"/>
      </w:pPr>
      <w:bookmarkStart w:id="76008" w:name="sB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ב׳ – 🤔 מה אני?</w:t>
      </w:r>
      <w:bookmarkEnd w:id="76008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 וכתבו: מה אני? אם קשה – בקשו רמז מהמורה.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1. 🔑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קָטָן, וַאֲנִי פּוֹתֵחַ אֶת הַדֶּלֶת.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(I am small and I open the door. What am I?)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2. ☂️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פּוֹתְחִים אוֹתִי כְּשֶׁיּוֹרֵד גֶּשֶׁם.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(You open me when it rains. What am I?)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3. 🛏️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בַּלַּיְלָה יְשֵׁנִים עָלַי.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(At night you sleep on me. What am I?)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4. ☎️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מְצַלְצֵל, וּמְדַבְּרִים בִּי עִם אֲנָשִׁים רְחוֹקִים.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(I ring, and you talk to people far away with me. What am I?)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5. 🧊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אֲנִי קַר. בַּשֶּׁמֶשׁ אֲנִי נִהְיֶה מַיִם.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(I am cold. In the sun I turn into water. What am I?)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התשובה שלי: ____________________</w:t>
      </w:r>
    </w:p>
    <w:p>
      <w:pPr>
        <w:pStyle w:val="Heading2"/>
        <w:bidi w:val="1"/>
        <w:jc w:val="right"/>
      </w:pPr>
      <w:bookmarkStart w:id="91710" w:name="sC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חלק ג׳ – 🧩 מה המשותף?</w:t>
      </w:r>
      <w:bookmarkEnd w:id="9171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מה מחבר את כל הרמזים? כתבו מילה אחת – ובשורה הבאה הסבירו את הקשר לכל רמז.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🍎 תַּפּוּחַ · 🍌 בָּנָנָה · 🍇 עֲנָבִים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🚌 אוֹטוֹבּוּס · 🚆 רַכֶּבֶת · 🚕 מוֹנִית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🧥 מְעִיל · 🧣 צָעִיף · ☔ מִטְרִיָּה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👩‍⚕️ רוֹפְאָה · 💊 תְּרוּפָה · 🏥 בֵּית חוֹלִים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🏫 כִּתָּה · 📚 סֵפֶר · ✏️ עִפָּרוֹן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👋 שָׁלוֹם · 🙏 תּוֹדָה · 😊 בְּבַקָּשָׁה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☀️ קַיִץ · 🌊 גַּלִּים · 🩴 כַּפְכַּפִּים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🧑‍🤝‍🧑 חָבֵר · 👨‍👩‍👧 מִשְׁפָּחָה · 👩‍🏫 מוֹרָה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38924" w:name="sW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✍️ חידה משלי</w:t>
      </w:r>
      <w:bookmarkEnd w:id="38924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חידת "מה אני?" משלכם: 2–3 רמזים, בלי לגלות את התשובה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r>
        <w:br w:type="page"/>
      </w:r>
    </w:p>
    <w:p>
      <w:pPr>
        <w:pStyle w:val="Heading2"/>
        <w:bidi w:val="1"/>
        <w:jc w:val="right"/>
      </w:pPr>
      <w:bookmarkStart w:id="9741" w:name="sX"/>
      <w:r>
        <w:rPr>
          <w:rFonts w:ascii="Arial" w:hAnsi="Arial" w:cs="Arial"/>
          <w:b/>
          <w:color w:val="0D9488"/>
          <w:sz w:val="30"/>
          <w:rtl w:val="1"/>
          <w:bCs/>
          <w:szCs w:val="30"/>
        </w:rPr>
        <w:t>✂ כרטיסי חידות לגזירה</w:t>
      </w:r>
      <w:bookmarkEnd w:id="9741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גוזרים לאורך הקווים. משחקים בקבוצות: מי שמחזיק/ה כרטיס קורא/ת את החידה, והאחרים מנחשים. התשובה בתחתית – מקפלים אותה לאחור.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🔑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קָטָן, וַאֲנִי פּוֹתֵחַ אֶת הַדֶּלֶת.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מַפְתֵּחַ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☂️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פּוֹתְחִים אוֹתִי כְּשֶׁיּוֹרֵד גֶּשֶׁם.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מִטְרִיָּה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🛏️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בַּלַּיְלָה יְשֵׁנִים עָלַי.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מִטָּה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☎️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מְצַלְצֵל, וּמְדַבְּרִים בִּי עִם אֲנָשִׁים רְחוֹקִים.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טֶלֶפוֹן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מה אני?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אֲנִי קַר. בַּשֶּׁמֶשׁ אֲנִי נִהְיֶה מַיִם. מָה אֲנִי?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קֶרַח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🗺️ בְּאֵיזֶה צֶבַע מְסַמְּנִים יָם בַּמַּפָּה?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🔵 כָּחֹל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🌅 מֵאֵיפֹה הַשֶּׁמֶשׁ זוֹרַחַת?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➡️ מִזְרָח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🐘 לְאֵיזוֹ חַיָּה יֵשׁ חֶדֶק?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🐘 פִּיל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🌧️ מָה יוֹרֵד מֵהָעֲנָנִים בַּחֹרֶף?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💧 גֶּשֶׁם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🗼 פָּרִיז הִיא עִיר הַבִּירָה שֶׁל...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🇫🇷 צָרְפַת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מָה רוֹאִים בַּשָּׁמַיִם בַּלַּיְלָה?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🌙 יָרֵחַ וְכוֹכָבִים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מַיִם קְפוּאִים הֵם...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🧊 קֶרַח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🌎 כַּמָּה יַבָּשׁוֹת יֵשׁ בָּעוֹלָם?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7️⃣ שֶׁבַע</w:t>
            </w:r>
          </w:p>
        </w:tc>
        <w:tc>
          <w:tcPr>
            <w:tcW w:type="dxa" w:w="5103"/>
          </w:tcPr>
          <w:p/>
        </w:tc>
      </w:tr>
    </w:tbl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עובדה על העולם הפתיעה אותי?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איזו חידה הכי אהבתי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מה עזר לי לפתור – רמז, זוג או ניחוש חכם?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מקבץ חידות וטריוויה (מורה + תלמיד) – עולים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מקבץ חידות וטריוויה (מורה + תלמיד)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